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YOUR FULL NAME</w:t>
      </w:r>
    </w:p>
    <w:p>
      <w:pPr>
        <w:jc w:val="center"/>
      </w:pPr>
      <w:r>
        <w:rPr>
          <w:sz w:val="20"/>
        </w:rPr>
        <w:t>City, State | +91-XXXXXXXXXX | yourname@email.com | linkedin.com/in/yourname | github.com/yourname</w:t>
      </w:r>
    </w:p>
    <w:p>
      <w:r>
        <w:rPr>
          <w:b/>
          <w:sz w:val="24"/>
        </w:rPr>
        <w:t>PROFESSIONAL SUMMARY</w:t>
      </w:r>
    </w:p>
    <w:p>
      <w:r>
        <w:t>Software professional with [X] years of experience in [your stack/domain]. Skilled in [top 3-4 skills]. Known for [one strength, e.g. clean code, quick debugging, mentoring juniors]. Seeking [target role] opportunities in [domain].</w:t>
      </w:r>
    </w:p>
    <w:p>
      <w:r>
        <w:rPr>
          <w:b/>
          <w:sz w:val="24"/>
        </w:rPr>
        <w:t>TECHNICAL SKILLS</w:t>
      </w:r>
    </w:p>
    <w:p>
      <w:pPr>
        <w:pStyle w:val="ListBullet"/>
      </w:pPr>
      <w:r>
        <w:rPr>
          <w:b/>
        </w:rPr>
        <w:t xml:space="preserve">Languages: </w:t>
      </w:r>
      <w:r>
        <w:t>[Java / Python / JavaScript]</w:t>
      </w:r>
    </w:p>
    <w:p>
      <w:pPr>
        <w:pStyle w:val="ListBullet"/>
      </w:pPr>
      <w:r>
        <w:rPr>
          <w:b/>
        </w:rPr>
        <w:t xml:space="preserve">Frameworks: </w:t>
      </w:r>
      <w:r>
        <w:t>[Spring Boot / React / Node.js]</w:t>
      </w:r>
    </w:p>
    <w:p>
      <w:pPr>
        <w:pStyle w:val="ListBullet"/>
      </w:pPr>
      <w:r>
        <w:rPr>
          <w:b/>
        </w:rPr>
        <w:t xml:space="preserve">Database: </w:t>
      </w:r>
      <w:r>
        <w:t>[MySQL / MongoDB / PostgreSQL]</w:t>
      </w:r>
    </w:p>
    <w:p>
      <w:pPr>
        <w:pStyle w:val="ListBullet"/>
      </w:pPr>
      <w:r>
        <w:rPr>
          <w:b/>
        </w:rPr>
        <w:t xml:space="preserve">Tools &amp; Cloud: </w:t>
      </w:r>
      <w:r>
        <w:t>[Git, Docker, AWS basics, CI/CD]</w:t>
      </w:r>
    </w:p>
    <w:p>
      <w:r>
        <w:rPr>
          <w:b/>
          <w:sz w:val="24"/>
        </w:rPr>
        <w:t>WORK EXPERIENCE</w:t>
      </w:r>
    </w:p>
    <w:p>
      <w:r>
        <w:rPr>
          <w:b/>
        </w:rPr>
        <w:t>[Job Title] — [Company Name], [City] | [Month Year] – Present</w:t>
      </w:r>
    </w:p>
    <w:p>
      <w:pPr>
        <w:pStyle w:val="ListBullet"/>
      </w:pPr>
      <w:r>
        <w:t>[What you built or owned — start with an action verb: Developed / Built / Improved]</w:t>
      </w:r>
    </w:p>
    <w:p>
      <w:pPr>
        <w:pStyle w:val="ListBullet"/>
      </w:pPr>
      <w:r>
        <w:t>[A result you can state honestly — a feature shipped, a bug class fixed, a process improved]</w:t>
      </w:r>
    </w:p>
    <w:p>
      <w:pPr>
        <w:pStyle w:val="ListBullet"/>
      </w:pPr>
      <w:r>
        <w:t>[Tools and technologies used in this role]</w:t>
      </w:r>
    </w:p>
    <w:p>
      <w:r>
        <w:rPr>
          <w:b/>
        </w:rPr>
        <w:t>[Previous Job Title] — [Company Name], [City] | [Month Year] – [Month Year]</w:t>
      </w:r>
    </w:p>
    <w:p>
      <w:pPr>
        <w:pStyle w:val="ListBullet"/>
      </w:pPr>
      <w:r>
        <w:t>[Key responsibility or achievement]</w:t>
      </w:r>
    </w:p>
    <w:p>
      <w:pPr>
        <w:pStyle w:val="ListBullet"/>
      </w:pPr>
      <w:r>
        <w:t>[Key responsibility or achievement]</w:t>
      </w:r>
    </w:p>
    <w:p>
      <w:r>
        <w:rPr>
          <w:b/>
          <w:sz w:val="24"/>
        </w:rPr>
        <w:t>PROJECTS</w:t>
      </w:r>
    </w:p>
    <w:p>
      <w:pPr>
        <w:pStyle w:val="ListBullet"/>
      </w:pPr>
      <w:r>
        <w:rPr>
          <w:b/>
        </w:rPr>
        <w:t xml:space="preserve">[Project Name] — </w:t>
      </w:r>
      <w:r>
        <w:t>[What it does, your role, stack. Link if public.]</w:t>
      </w:r>
    </w:p>
    <w:p>
      <w:r>
        <w:rPr>
          <w:b/>
          <w:sz w:val="24"/>
        </w:rPr>
        <w:t>EDUCATION</w:t>
      </w:r>
    </w:p>
    <w:p>
      <w:pPr>
        <w:pStyle w:val="ListBullet"/>
      </w:pPr>
      <w:r>
        <w:t>[Degree] — [College/University] — [Year] — [Score]</w:t>
      </w:r>
    </w:p>
    <w:p>
      <w:r>
        <w:rPr>
          <w:b/>
          <w:sz w:val="24"/>
        </w:rPr>
        <w:t>CERTIFICATIONS</w:t>
      </w:r>
    </w:p>
    <w:p>
      <w:pPr>
        <w:pStyle w:val="ListBullet"/>
      </w:pPr>
      <w:r>
        <w:t>[Certification Name] — [Provider] — [Year]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