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YOUR FULL NAME</w:t>
      </w:r>
    </w:p>
    <w:p>
      <w:pPr>
        <w:jc w:val="center"/>
      </w:pPr>
      <w:r>
        <w:rPr>
          <w:sz w:val="20"/>
        </w:rPr>
        <w:t>City, State | +91-XXXXXXXXXX | yourname@email.com | linkedin.com/in/yourname | github.com/yourname</w:t>
      </w:r>
    </w:p>
    <w:p>
      <w:r>
        <w:rPr>
          <w:b/>
          <w:sz w:val="24"/>
        </w:rPr>
        <w:t>CAREER OBJECTIVE</w:t>
      </w:r>
    </w:p>
    <w:p>
      <w:r>
        <w:t>Final-year B.Tech (Computer Science) student seeking an entry-level software role. Strong in [Java/Python], SQL and data structures, with hands-on project experience in [your area]. Looking to contribute to [company type] while growing as a developer.</w:t>
      </w:r>
    </w:p>
    <w:p>
      <w:r>
        <w:rPr>
          <w:b/>
          <w:sz w:val="24"/>
        </w:rPr>
        <w:t>EDUCATION</w:t>
      </w:r>
    </w:p>
    <w:p>
      <w:pPr>
        <w:pStyle w:val="ListBullet"/>
      </w:pPr>
      <w:r>
        <w:t>B.Tech, Computer Science — [College Name], [University] — [Year] — CGPA: [X.X]/10</w:t>
      </w:r>
    </w:p>
    <w:p>
      <w:pPr>
        <w:pStyle w:val="ListBullet"/>
      </w:pPr>
      <w:r>
        <w:t>Class XII — [School Name], [Board] — [Year] — [XX]%</w:t>
      </w:r>
    </w:p>
    <w:p>
      <w:pPr>
        <w:pStyle w:val="ListBullet"/>
      </w:pPr>
      <w:r>
        <w:t>Class X — [School Name], [Board] — [Year] — [XX]%</w:t>
      </w:r>
    </w:p>
    <w:p>
      <w:r>
        <w:rPr>
          <w:b/>
          <w:sz w:val="24"/>
        </w:rPr>
        <w:t>TECHNICAL SKILLS</w:t>
      </w:r>
    </w:p>
    <w:p>
      <w:pPr>
        <w:pStyle w:val="ListBullet"/>
      </w:pPr>
      <w:r>
        <w:rPr>
          <w:b/>
        </w:rPr>
        <w:t xml:space="preserve">Languages: </w:t>
      </w:r>
      <w:r>
        <w:t>[Java / Python / C++]</w:t>
      </w:r>
    </w:p>
    <w:p>
      <w:pPr>
        <w:pStyle w:val="ListBullet"/>
      </w:pPr>
      <w:r>
        <w:rPr>
          <w:b/>
        </w:rPr>
        <w:t xml:space="preserve">Web: </w:t>
      </w:r>
      <w:r>
        <w:t>[HTML, CSS, JavaScript / React]</w:t>
      </w:r>
    </w:p>
    <w:p>
      <w:pPr>
        <w:pStyle w:val="ListBullet"/>
      </w:pPr>
      <w:r>
        <w:rPr>
          <w:b/>
        </w:rPr>
        <w:t xml:space="preserve">Database: </w:t>
      </w:r>
      <w:r>
        <w:t>[MySQL / PostgreSQL], writing joins and subqueries</w:t>
      </w:r>
    </w:p>
    <w:p>
      <w:pPr>
        <w:pStyle w:val="ListBullet"/>
      </w:pPr>
      <w:r>
        <w:rPr>
          <w:b/>
        </w:rPr>
        <w:t xml:space="preserve">Tools: </w:t>
      </w:r>
      <w:r>
        <w:t>[Git, GitHub, VS Code, IntelliJ / Eclipse]</w:t>
      </w:r>
    </w:p>
    <w:p>
      <w:pPr>
        <w:pStyle w:val="ListBullet"/>
      </w:pPr>
      <w:r>
        <w:rPr>
          <w:b/>
        </w:rPr>
        <w:t xml:space="preserve">Core: </w:t>
      </w:r>
      <w:r>
        <w:t>Data Structures, OOP, DBMS, Operating Systems basics</w:t>
      </w:r>
    </w:p>
    <w:p>
      <w:r>
        <w:rPr>
          <w:b/>
          <w:sz w:val="24"/>
        </w:rPr>
        <w:t>PROJECTS</w:t>
      </w:r>
    </w:p>
    <w:p>
      <w:pPr>
        <w:pStyle w:val="ListBullet"/>
      </w:pPr>
      <w:r>
        <w:rPr>
          <w:b/>
        </w:rPr>
        <w:t xml:space="preserve">[Project Name] — </w:t>
      </w:r>
      <w:r>
        <w:t>[What you built, the stack used, and one result or feature you are proud of. Link: github.com/yourname/project]</w:t>
      </w:r>
    </w:p>
    <w:p>
      <w:pPr>
        <w:pStyle w:val="ListBullet"/>
      </w:pPr>
      <w:r>
        <w:rPr>
          <w:b/>
        </w:rPr>
        <w:t xml:space="preserve">[Project Name] — </w:t>
      </w:r>
      <w:r>
        <w:t>[What you built, your role, and what you learned. Link: github.com/yourname/project]</w:t>
      </w:r>
    </w:p>
    <w:p>
      <w:r>
        <w:rPr>
          <w:b/>
          <w:sz w:val="24"/>
        </w:rPr>
        <w:t>INTERNSHIPS / TRAINING</w:t>
      </w:r>
    </w:p>
    <w:p>
      <w:pPr>
        <w:pStyle w:val="ListBullet"/>
      </w:pPr>
      <w:r>
        <w:t>[Role], [Company/Platform] — [Month Year] to [Month Year]: [2-3 lines on what you did and learned]</w:t>
      </w:r>
    </w:p>
    <w:p>
      <w:r>
        <w:rPr>
          <w:b/>
          <w:sz w:val="24"/>
        </w:rPr>
        <w:t>CERTIFICATIONS</w:t>
      </w:r>
    </w:p>
    <w:p>
      <w:pPr>
        <w:pStyle w:val="ListBullet"/>
      </w:pPr>
      <w:r>
        <w:t>[Course/Certification Name] — [Provider] — [Year]</w:t>
      </w:r>
    </w:p>
    <w:p>
      <w:r>
        <w:rPr>
          <w:b/>
          <w:sz w:val="24"/>
        </w:rPr>
        <w:t>ACHIEVEMENTS</w:t>
      </w:r>
    </w:p>
    <w:p>
      <w:pPr>
        <w:pStyle w:val="ListBullet"/>
      </w:pPr>
      <w:r>
        <w:t>[Hackathon / coding contest / college achievement — keep only real ones]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